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Договор займа между организациями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 xml:space="preserve">, именуемый(ая) «Заимодавец», и </w:t>
      </w:r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>, именуемый(ая) «Заёмщик», заключили настоящий договор о нижеследующем.</w:t>
      </w:r>
    </w:p>
    <w:p>
      <w:pPr>
        <w:pStyle w:val="Heading1"/>
      </w:pPr>
      <w:r>
        <w:t>2. Сумма и выдача</w:t>
      </w:r>
    </w:p>
    <w:p>
      <w:r>
        <w:t xml:space="preserve">Сумма займа: </w:t>
      </w:r>
      <w:r>
        <w:rPr>
          <w:color w:val="245878"/>
        </w:rPr>
        <w:t>[сумма цифрами]</w:t>
      </w:r>
      <w:r>
        <w:t xml:space="preserve"> (</w:t>
      </w:r>
      <w:r>
        <w:rPr>
          <w:color w:val="245878"/>
        </w:rPr>
        <w:t>[сумма прописью]</w:t>
      </w:r>
      <w:r>
        <w:t xml:space="preserve">) рублей. Передача средств: </w:t>
      </w:r>
      <w:r>
        <w:rPr>
          <w:color w:val="245878"/>
        </w:rPr>
        <w:t>[дата, способ, банковские реквизиты]</w:t>
      </w:r>
      <w:r>
        <w:t xml:space="preserve">. Получение подтверждается </w:t>
      </w:r>
      <w:r>
        <w:rPr>
          <w:color w:val="245878"/>
        </w:rPr>
        <w:t>[платёжный документ/расписка]</w:t>
      </w:r>
      <w:r>
        <w:t>.</w:t>
      </w:r>
    </w:p>
    <w:p>
      <w:r>
        <w:t>Договор не подтверждает выдачу денег до их фактической передачи. Стороны учитывают предусмотренный законом момент заключения договора в зависимости от статуса Заимодавца.</w:t>
      </w:r>
    </w:p>
    <w:p>
      <w:pPr>
        <w:pStyle w:val="Heading1"/>
      </w:pPr>
      <w:r>
        <w:t>3. Проценты</w:t>
      </w:r>
    </w:p>
    <w:p>
      <w:r>
        <w:t xml:space="preserve">Условие о процентах: </w:t>
      </w:r>
      <w:r>
        <w:rPr>
          <w:color w:val="245878"/>
        </w:rPr>
        <w:t>[выбрать и полностью заполнить: беспроцентный заём / процентный заём со ставкой __ % годовых]</w:t>
      </w:r>
      <w:r>
        <w:t xml:space="preserve">. Для процентного займа база, период начисления и даты уплаты: </w:t>
      </w:r>
      <w:r>
        <w:rPr>
          <w:color w:val="245878"/>
        </w:rPr>
        <w:t>[условия]</w:t>
      </w:r>
      <w:r>
        <w:t>. Не оставляйте вопрос процентов неурегулированным.</w:t>
      </w:r>
    </w:p>
    <w:p>
      <w:pPr>
        <w:pStyle w:val="Heading1"/>
      </w:pPr>
      <w:r>
        <w:t>4. Возврат</w:t>
      </w:r>
    </w:p>
    <w:p>
      <w:r>
        <w:t xml:space="preserve">Заёмщик возвращает заём не позднее </w:t>
      </w:r>
      <w:r>
        <w:rPr>
          <w:color w:val="245878"/>
        </w:rPr>
        <w:t>[точная дата]</w:t>
      </w:r>
      <w:r>
        <w:t xml:space="preserve"> способом </w:t>
      </w:r>
      <w:r>
        <w:rPr>
          <w:color w:val="245878"/>
        </w:rPr>
        <w:t>[способ, реквизиты]</w:t>
      </w:r>
      <w:r>
        <w:t xml:space="preserve">. При возврате частями действует подписанный график </w:t>
      </w:r>
      <w:r>
        <w:rPr>
          <w:color w:val="245878"/>
        </w:rPr>
        <w:t>[приложение]</w:t>
      </w:r>
      <w:r>
        <w:t>.</w:t>
      </w:r>
    </w:p>
    <w:p>
      <w:r>
        <w:t xml:space="preserve">Досрочный возврат: </w:t>
      </w:r>
      <w:r>
        <w:rPr>
          <w:color w:val="245878"/>
        </w:rPr>
        <w:t>[согласованные условия в пределах закона]</w:t>
      </w:r>
      <w:r>
        <w:t xml:space="preserve">. Момент исполнения: </w:t>
      </w:r>
      <w:r>
        <w:rPr>
          <w:color w:val="245878"/>
        </w:rPr>
        <w:t>[зачисление на счёт/фактическая передача с распиской]</w:t>
      </w:r>
      <w:r>
        <w:t>. Заимодавец выдаёт подтверждение исполнения и возвращает долговой документ либо делает отметку о погашении.</w:t>
      </w:r>
    </w:p>
    <w:p>
      <w:pPr>
        <w:pStyle w:val="Heading1"/>
      </w:pPr>
      <w:r>
        <w:t>5. Обеспечение и нарушение</w:t>
      </w:r>
    </w:p>
    <w:p>
      <w:r>
        <w:t xml:space="preserve">Обеспечение: </w:t>
      </w:r>
      <w:r>
        <w:rPr>
          <w:color w:val="245878"/>
        </w:rPr>
        <w:t>[не предусмотрено / отдельный договор залога или поручительства с реквизитами]</w:t>
      </w:r>
      <w:r>
        <w:t xml:space="preserve">. Назначение займа при целевом займе: </w:t>
      </w:r>
      <w:r>
        <w:rPr>
          <w:color w:val="245878"/>
        </w:rPr>
        <w:t>[цель, порядок контроля / нецелевой]</w:t>
      </w:r>
      <w:r>
        <w:t>.</w:t>
      </w:r>
    </w:p>
    <w:p>
      <w:r>
        <w:t xml:space="preserve">При просрочке применяются последствия, предусмотренные законом и согласованной оговоркой: </w:t>
      </w:r>
      <w:r>
        <w:rPr>
          <w:color w:val="245878"/>
        </w:rPr>
        <w:t>[условие о неустойке, если установлена]</w:t>
      </w:r>
      <w:r>
        <w:t>. Проценты за пользование займом и ответственность за просрочку необходимо разграничить.</w:t>
      </w:r>
    </w:p>
    <w:p>
      <w:pPr>
        <w:pStyle w:val="Heading1"/>
      </w:pPr>
      <w:r>
        <w:t>6.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7. Реквизиты и подписи</w:t>
      </w:r>
    </w:p>
    <w:p>
      <w:r>
        <w:t xml:space="preserve">Заимодавец: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Заёмщик: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pPr>
        <w:pStyle w:val="Heading1"/>
      </w:pPr>
      <w:r>
        <w:t>8. График возврата при рассрочке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Дата платежа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Основной долг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Проценты при наличии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Остаток основного долга</w:t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Денежный заём между организациями; не финансовая деятельность на профессиональной основе.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Не подписывайте подтверждение получения до передачи денег. Сверьте сумму, срок и проценты.</w:t>
      </w:r>
    </w:p>
    <w:p>
      <w:pPr>
        <w:pStyle w:val="ListBullet"/>
      </w:pPr>
      <w:r>
        <w:t>Для организаций проверьте полномочия, корпоративное одобрение, налоговые последствия, ограничения наличных расчётов и реальную цель финансирования.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https://sofur.ru/document-company-loan.html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займа между организациями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