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Уведомление о расторжении договора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Кому: </w:t>
      </w:r>
      <w:r>
        <w:rPr>
          <w:color w:val="245878"/>
        </w:rPr>
        <w:t>[контрагент, адрес]</w:t>
      </w:r>
      <w:r/>
    </w:p>
    <w:p>
      <w:pPr>
        <w:ind w:left="2835"/>
      </w:pPr>
      <w:r>
        <w:t xml:space="preserve">От: </w:t>
      </w:r>
      <w:r>
        <w:rPr>
          <w:color w:val="245878"/>
        </w:rPr>
        <w:t>[наименование/Ф.И.О., адрес, реквизиты, представитель]</w:t>
      </w:r>
      <w:r/>
    </w:p>
    <w:p>
      <w:pPr>
        <w:pStyle w:val="Heading1"/>
      </w:pPr>
      <w:r>
        <w:t>1. Договор и основание</w:t>
      </w:r>
    </w:p>
    <w:p>
      <w:r>
        <w:t xml:space="preserve">Между </w:t>
      </w:r>
      <w:r>
        <w:rPr>
          <w:color w:val="245878"/>
        </w:rPr>
        <w:t>[стороны]</w:t>
      </w:r>
      <w:r>
        <w:t xml:space="preserve"> заключён договор </w:t>
      </w:r>
      <w:r>
        <w:rPr>
          <w:color w:val="245878"/>
        </w:rPr>
        <w:t>[вид, номер, дата]</w:t>
      </w:r>
      <w:r>
        <w:t xml:space="preserve">. На основании </w:t>
      </w:r>
      <w:r>
        <w:rPr>
          <w:color w:val="245878"/>
        </w:rPr>
        <w:t>[точная норма закона и/или пункт договора, допускающий односторонний отказ]</w:t>
      </w:r>
      <w:r>
        <w:t xml:space="preserve"> уведомляю об отказе </w:t>
      </w:r>
      <w:r>
        <w:rPr>
          <w:color w:val="245878"/>
        </w:rPr>
        <w:t>[полностью / в части с описанием]</w:t>
      </w:r>
      <w:r>
        <w:t>.</w:t>
      </w:r>
    </w:p>
    <w:p>
      <w:r>
        <w:t xml:space="preserve">Обстоятельства и доказательства основания: </w:t>
      </w:r>
      <w:r>
        <w:rPr>
          <w:color w:val="245878"/>
        </w:rPr>
        <w:t>[конкретные факты, даты, документы]</w:t>
      </w:r>
      <w:r>
        <w:t xml:space="preserve">. Дата прекращения с учётом доставки и применимых сроков: </w:t>
      </w:r>
      <w:r>
        <w:rPr>
          <w:color w:val="245878"/>
        </w:rPr>
        <w:t>[дата / порядок определения]</w:t>
      </w:r>
      <w:r>
        <w:t>.</w:t>
      </w:r>
    </w:p>
    <w:p>
      <w:pPr>
        <w:pStyle w:val="Heading1"/>
      </w:pPr>
      <w:r>
        <w:t>2. Дальнейшие действия</w:t>
      </w:r>
    </w:p>
    <w:p>
      <w:r>
        <w:t xml:space="preserve">Предлагаю провести сверку расчётов и передать </w:t>
      </w:r>
      <w:r>
        <w:rPr>
          <w:color w:val="245878"/>
        </w:rPr>
        <w:t>[документы/имущество]</w:t>
      </w:r>
      <w:r>
        <w:t xml:space="preserve"> в срок </w:t>
      </w:r>
      <w:r>
        <w:rPr>
          <w:color w:val="245878"/>
        </w:rPr>
        <w:t>[срок]</w:t>
      </w:r>
      <w:r>
        <w:t xml:space="preserve">. Суммы и основания возврата/оплаты: </w:t>
      </w:r>
      <w:r>
        <w:rPr>
          <w:color w:val="245878"/>
        </w:rPr>
        <w:t>[расчёт]</w:t>
      </w:r>
      <w:r>
        <w:t xml:space="preserve">. Реквизиты: </w:t>
      </w:r>
      <w:r>
        <w:rPr>
          <w:color w:val="245878"/>
        </w:rPr>
        <w:t>[данные]</w:t>
      </w:r>
      <w:r>
        <w:t>.</w:t>
      </w:r>
    </w:p>
    <w:p>
      <w:r>
        <w:t xml:space="preserve">Приложения: </w:t>
      </w:r>
      <w:r>
        <w:rPr>
          <w:color w:val="245878"/>
        </w:rPr>
        <w:t>[перечень доказательств, расчёт, подтверждение полномочий]</w:t>
      </w:r>
      <w:r>
        <w:t xml:space="preserve">. Прошу направить ответ по адресу </w:t>
      </w:r>
      <w:r>
        <w:rPr>
          <w:color w:val="245878"/>
        </w:rPr>
        <w:t>[адрес]</w:t>
      </w:r>
      <w:r>
        <w:t>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Уведомление об одностороннем отказе только при наличии соответствующего права; не предложение расторгнуть договор.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Если права на односторонний отказ нет, нужен другой документ: предложение о расторжении или судебное требование.</w:t>
      </w:r>
    </w:p>
    <w:p>
      <w:pPr>
        <w:pStyle w:val="ListBullet"/>
      </w:pPr>
      <w:r>
        <w:t>Сохраните доказательства доставки; сам факт отправки не всегда прекращает договор.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https://sofur.ru/document-termination-notice.html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расторжении договора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