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Соглашение о расторжении договора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«Сторона 1»,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«Сторона 2», заключили настоящий договор о нижеследующем.</w:t>
      </w:r>
    </w:p>
    <w:p>
      <w:pPr>
        <w:pStyle w:val="Heading1"/>
      </w:pPr>
      <w:r>
        <w:t>2. Прекращение</w:t>
      </w:r>
    </w:p>
    <w:p>
      <w:r>
        <w:t xml:space="preserve">Стороны расторгают договор </w:t>
      </w:r>
      <w:r>
        <w:rPr>
          <w:color w:val="245878"/>
        </w:rPr>
        <w:t>[вид, номер, дата]</w:t>
      </w:r>
      <w:r>
        <w:t xml:space="preserve"> с </w:t>
      </w:r>
      <w:r>
        <w:rPr>
          <w:color w:val="245878"/>
        </w:rPr>
        <w:t>[дата/событие]</w:t>
      </w:r>
      <w:r>
        <w:t xml:space="preserve">. Основание: взаимное соглашение. До этой даты исполнено: </w:t>
      </w:r>
      <w:r>
        <w:rPr>
          <w:color w:val="245878"/>
        </w:rPr>
        <w:t>[перечень работ, передач, платежей]</w:t>
      </w:r>
      <w:r>
        <w:t>.</w:t>
      </w:r>
    </w:p>
    <w:p>
      <w:pPr>
        <w:pStyle w:val="Heading1"/>
      </w:pPr>
      <w:r>
        <w:t>3. Расчёты и возврат</w:t>
      </w:r>
    </w:p>
    <w:p>
      <w:r>
        <w:t xml:space="preserve">Задолженность Стороны 1: </w:t>
      </w:r>
      <w:r>
        <w:rPr>
          <w:color w:val="245878"/>
        </w:rPr>
        <w:t>[сумма, основание]</w:t>
      </w:r>
      <w:r>
        <w:t xml:space="preserve">. Задолженность Стороны 2: </w:t>
      </w:r>
      <w:r>
        <w:rPr>
          <w:color w:val="245878"/>
        </w:rPr>
        <w:t>[сумма, основание]</w:t>
      </w:r>
      <w:r>
        <w:t xml:space="preserve">. Аванс к возврату: </w:t>
      </w:r>
      <w:r>
        <w:rPr>
          <w:color w:val="245878"/>
        </w:rPr>
        <w:t>[сумма, реквизиты, срок]</w:t>
      </w:r>
      <w:r>
        <w:t xml:space="preserve">. Имущество и документы возвращаются </w:t>
      </w:r>
      <w:r>
        <w:rPr>
          <w:color w:val="245878"/>
        </w:rPr>
        <w:t>[перечень, срок, акт]</w:t>
      </w:r>
      <w:r>
        <w:t>.</w:t>
      </w:r>
    </w:p>
    <w:p>
      <w:r>
        <w:t xml:space="preserve">Спорные требования: </w:t>
      </w:r>
      <w:r>
        <w:rPr>
          <w:color w:val="245878"/>
        </w:rPr>
        <w:t>[перечень / подтверждённое отсутствие]</w:t>
      </w:r>
      <w:r>
        <w:t>. Стороны не подтверждают отсутствие претензий, пока не завершили сверку и исполнение настоящего соглашения.</w:t>
      </w:r>
    </w:p>
    <w:p>
      <w:pPr>
        <w:pStyle w:val="Heading1"/>
      </w:pPr>
      <w:r>
        <w:t>4. Сохраняющиеся обязательства</w:t>
      </w:r>
    </w:p>
    <w:p>
      <w:r>
        <w:t xml:space="preserve">После расторжения сохраняются </w:t>
      </w:r>
      <w:r>
        <w:rPr>
          <w:color w:val="245878"/>
        </w:rPr>
        <w:t>[согласованные обязательства о расчётах, конфиденциальности, гарантиях и иные по закону]</w:t>
      </w:r>
      <w:r>
        <w:t>. Соглашение не затрагивает права третьих лиц.</w:t>
      </w:r>
    </w:p>
    <w:p>
      <w:pPr>
        <w:pStyle w:val="Heading1"/>
      </w:pPr>
      <w:r>
        <w:t>5. Реквизиты и подписи</w:t>
      </w:r>
    </w:p>
    <w:p>
      <w:r>
        <w:t xml:space="preserve">Сторона 1: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Сторона 2: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Прекращение договора по взаимному соглашению сторон.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заменяйте согласие обеих сторон односторонним уведомлением. Для трудового договора используйте отдельный образец.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https://sofur.ru/document-contract-termination.html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