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Дополнительное соглашение к договору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«Сторона 1»,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«Сторона 2», заключили настоящий договор о нижеследующем.</w:t>
      </w:r>
    </w:p>
    <w:p>
      <w:pPr>
        <w:pStyle w:val="Heading1"/>
      </w:pPr>
      <w:r>
        <w:t>2. Исходный договор</w:t>
      </w:r>
    </w:p>
    <w:p>
      <w:r>
        <w:t xml:space="preserve">Стороны изменяют договор </w:t>
      </w:r>
      <w:r>
        <w:rPr>
          <w:color w:val="245878"/>
        </w:rPr>
        <w:t>[вид, номер, дата]</w:t>
      </w:r>
      <w:r>
        <w:t xml:space="preserve"> следующим образом. Полномочия подписантов: </w:t>
      </w:r>
      <w:r>
        <w:rPr>
          <w:color w:val="245878"/>
        </w:rPr>
        <w:t>[основания]</w:t>
      </w:r>
      <w:r>
        <w:t>.</w:t>
      </w:r>
    </w:p>
    <w:p>
      <w:pPr>
        <w:pStyle w:val="Heading1"/>
      </w:pPr>
      <w:r>
        <w:t>3. Изменяемые условия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Пункт исходного договора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Новая редакция целиком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Дата начала действия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4. Действие соглашения</w:t>
      </w:r>
    </w:p>
    <w:p>
      <w:r>
        <w:t xml:space="preserve">Приложение </w:t>
      </w:r>
      <w:r>
        <w:rPr>
          <w:color w:val="245878"/>
        </w:rPr>
        <w:t>[номер]</w:t>
      </w:r>
      <w:r>
        <w:t xml:space="preserve"> изложить в новой редакции, прилагаемой к соглашению: </w:t>
      </w:r>
      <w:r>
        <w:rPr>
          <w:color w:val="245878"/>
        </w:rPr>
        <w:t>[описание / неприменимо]</w:t>
      </w:r>
      <w:r>
        <w:t xml:space="preserve">. Цена, сроки и взаиморасчёты вследствие изменений: </w:t>
      </w:r>
      <w:r>
        <w:rPr>
          <w:color w:val="245878"/>
        </w:rPr>
        <w:t>[условия]</w:t>
      </w:r>
      <w:r>
        <w:t>.</w:t>
      </w:r>
    </w:p>
    <w:p>
      <w:r>
        <w:t xml:space="preserve">Остальные условия договора сохраняются. Соглашение вступает в силу </w:t>
      </w:r>
      <w:r>
        <w:rPr>
          <w:color w:val="245878"/>
        </w:rPr>
        <w:t>[дата/событие]</w:t>
      </w:r>
      <w:r>
        <w:t>. Оно является частью исходного договора и оформляется в требуемой для него форме.</w:t>
      </w:r>
    </w:p>
    <w:p>
      <w:pPr>
        <w:pStyle w:val="Heading1"/>
      </w:pPr>
      <w:r>
        <w:t>5. Реквизиты и подписи</w:t>
      </w:r>
    </w:p>
    <w:p>
      <w:r>
        <w:t xml:space="preserve">Сторона 1: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Сторона 2: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Письменное изменение конкретных условий ранее заключённого договора.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Приведите новые пункты полностью. Проверьте нотариальную форму, регистрацию и связь с другими положениями договора.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https://sofur.ru/document-contract-addendum.html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договору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