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аренды оборудования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«Арендодатель»,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«Арендатор», заключили настоящий договор о нижеследующем.</w:t>
      </w:r>
    </w:p>
    <w:p>
      <w:pPr>
        <w:pStyle w:val="Heading1"/>
      </w:pPr>
      <w:r>
        <w:t>2. Предмет и назначение</w:t>
      </w:r>
    </w:p>
    <w:p>
      <w:r>
        <w:t>Арендодатель предоставляет, а Арендатор принимает за плату во временное владение и пользование оборудование.</w:t>
      </w:r>
    </w:p>
    <w:p>
      <w:r>
        <w:t xml:space="preserve">Оборудование: </w:t>
      </w:r>
      <w:r>
        <w:rPr>
          <w:color w:val="245878"/>
        </w:rPr>
        <w:t>[наименование, изготовитель, модель, серийный/инвентарный номер, год, комплектность]</w:t>
      </w:r>
      <w:r>
        <w:t xml:space="preserve">. Право Арендодателя: </w:t>
      </w:r>
      <w:r>
        <w:rPr>
          <w:color w:val="245878"/>
        </w:rPr>
        <w:t>[основание]</w:t>
      </w:r>
      <w:r>
        <w:t>. Состояние и испытания фиксируются в акте.</w:t>
      </w:r>
    </w:p>
    <w:p>
      <w:r>
        <w:t xml:space="preserve">Место и цель использования: </w:t>
      </w:r>
      <w:r>
        <w:rPr>
          <w:color w:val="245878"/>
        </w:rPr>
        <w:t>[условия]</w:t>
      </w:r>
      <w:r>
        <w:t xml:space="preserve">. Требования к персоналу, монтажу, безопасности и обслуживанию: </w:t>
      </w:r>
      <w:r>
        <w:rPr>
          <w:color w:val="245878"/>
        </w:rPr>
        <w:t>[условия и документация изготовителя]</w:t>
      </w:r>
      <w:r>
        <w:t>.</w:t>
      </w:r>
    </w:p>
    <w:p>
      <w:pPr>
        <w:pStyle w:val="Heading1"/>
      </w:pPr>
      <w:r>
        <w:t>3. Срок</w:t>
      </w:r>
    </w:p>
    <w:p>
      <w:r>
        <w:t xml:space="preserve">Пользование начинается </w:t>
      </w:r>
      <w:r>
        <w:rPr>
          <w:color w:val="245878"/>
        </w:rPr>
        <w:t>[дата]</w:t>
      </w:r>
      <w:r>
        <w:t xml:space="preserve"> и заканчивается </w:t>
      </w:r>
      <w:r>
        <w:rPr>
          <w:color w:val="245878"/>
        </w:rPr>
        <w:t>[дата]</w:t>
      </w:r>
      <w:r>
        <w:t xml:space="preserve">. Передача производится по акту </w:t>
      </w:r>
      <w:r>
        <w:rPr>
          <w:color w:val="245878"/>
        </w:rPr>
        <w:t>[дата, место]</w:t>
      </w:r>
      <w:r>
        <w:t xml:space="preserve">. Продление оформляется </w:t>
      </w:r>
      <w:r>
        <w:rPr>
          <w:color w:val="245878"/>
        </w:rPr>
        <w:t>[порядок с учётом закона]</w:t>
      </w:r>
      <w:r>
        <w:t>.</w:t>
      </w:r>
    </w:p>
    <w:p>
      <w:r>
        <w:t xml:space="preserve">Если по закону нужна государственная регистрация договора или обременения, стороны предоставляют документы и выполняют действия в срок </w:t>
      </w:r>
      <w:r>
        <w:rPr>
          <w:color w:val="245878"/>
        </w:rPr>
        <w:t>[срок]</w:t>
      </w:r>
      <w:r>
        <w:t xml:space="preserve">; расходы распределяются </w:t>
      </w:r>
      <w:r>
        <w:rPr>
          <w:color w:val="245878"/>
        </w:rPr>
        <w:t>[порядок]</w:t>
      </w:r>
      <w:r>
        <w:t>.</w:t>
      </w:r>
    </w:p>
    <w:p>
      <w:pPr>
        <w:pStyle w:val="Heading1"/>
      </w:pPr>
      <w:r>
        <w:t>4. Плата и обеспечение</w:t>
      </w:r>
    </w:p>
    <w:p>
      <w:r>
        <w:t xml:space="preserve">Плата: </w:t>
      </w:r>
      <w:r>
        <w:rPr>
          <w:color w:val="245878"/>
        </w:rPr>
        <w:t>[сумма цифрами и прописью]</w:t>
      </w:r>
      <w:r>
        <w:t xml:space="preserve"> рублей за </w:t>
      </w:r>
      <w:r>
        <w:rPr>
          <w:color w:val="245878"/>
        </w:rPr>
        <w:t>[период]</w:t>
      </w:r>
      <w:r>
        <w:t xml:space="preserve">. Оплата до </w:t>
      </w:r>
      <w:r>
        <w:rPr>
          <w:color w:val="245878"/>
        </w:rPr>
        <w:t>[число/дата]</w:t>
      </w:r>
      <w:r>
        <w:t xml:space="preserve"> способом </w:t>
      </w:r>
      <w:r>
        <w:rPr>
          <w:color w:val="245878"/>
        </w:rPr>
        <w:t>[способ, реквизиты]</w:t>
      </w:r>
      <w:r>
        <w:t xml:space="preserve">. НДС: </w:t>
      </w:r>
      <w:r>
        <w:rPr>
          <w:color w:val="245878"/>
        </w:rPr>
        <w:t>[применимое условие / неприменимо]</w:t>
      </w:r>
      <w:r>
        <w:t>.</w:t>
      </w:r>
    </w:p>
    <w:p>
      <w:r>
        <w:t xml:space="preserve">Коммунальные, эксплуатационные и иные платежи: </w:t>
      </w:r>
      <w:r>
        <w:rPr>
          <w:color w:val="245878"/>
        </w:rPr>
        <w:t>[перечень, плательщик, расчёт, подтверждающие документы]</w:t>
      </w:r>
      <w:r>
        <w:t xml:space="preserve">. Изменение платы: </w:t>
      </w:r>
      <w:r>
        <w:rPr>
          <w:color w:val="245878"/>
        </w:rPr>
        <w:t>[условия в пределах закона]</w:t>
      </w:r>
      <w:r>
        <w:t>.</w:t>
      </w:r>
    </w:p>
    <w:p>
      <w:r>
        <w:t xml:space="preserve">Обеспечительный платёж: </w:t>
      </w:r>
      <w:r>
        <w:rPr>
          <w:color w:val="245878"/>
        </w:rPr>
        <w:t>[сумма / отсутствует]</w:t>
      </w:r>
      <w:r>
        <w:t xml:space="preserve">. Обеспечиваемые обязательства: </w:t>
      </w:r>
      <w:r>
        <w:rPr>
          <w:color w:val="245878"/>
        </w:rPr>
        <w:t>[перечень]</w:t>
      </w:r>
      <w:r>
        <w:t xml:space="preserve">. Зачёт производится с документальным расчётом; остаток возвращается в течение </w:t>
      </w:r>
      <w:r>
        <w:rPr>
          <w:color w:val="245878"/>
        </w:rPr>
        <w:t>[срок]</w:t>
      </w:r>
      <w:r>
        <w:t xml:space="preserve"> после возврата объекта и сверки.</w:t>
      </w:r>
    </w:p>
    <w:p>
      <w:pPr>
        <w:pStyle w:val="Heading1"/>
      </w:pPr>
      <w:r>
        <w:t>5. Содержание и изменения</w:t>
      </w:r>
    </w:p>
    <w:p>
      <w:r>
        <w:t>Арендодатель передаёт пригодный для согласованного использования объект и сообщает известные недостатки и права третьих лиц.</w:t>
      </w:r>
    </w:p>
    <w:p>
      <w:r>
        <w:t xml:space="preserve">Арендатор использует объект по назначению, обеспечивает сохранность и сообщает об авариях и повреждениях. Текущий ремонт: </w:t>
      </w:r>
      <w:r>
        <w:rPr>
          <w:color w:val="245878"/>
        </w:rPr>
        <w:t>[сторона и объём]</w:t>
      </w:r>
      <w:r>
        <w:t xml:space="preserve">. Капитальный ремонт: </w:t>
      </w:r>
      <w:r>
        <w:rPr>
          <w:color w:val="245878"/>
        </w:rPr>
        <w:t>[сторона и объём с учётом закона]</w:t>
      </w:r>
      <w:r>
        <w:t>.</w:t>
      </w:r>
    </w:p>
    <w:p>
      <w:r>
        <w:t xml:space="preserve">Неотделимые улучшения, перепланировка, переоборудование и возмещение расходов допускаются только на согласованных условиях и при наличии необходимых разрешений: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6. Прекращение и возврат</w:t>
      </w:r>
    </w:p>
    <w:p>
      <w:r>
        <w:t xml:space="preserve">Досрочное прекращение оформляется соглашением либо осуществляется по предусмотренным законом основаниям и процедуре. Уведомления: </w:t>
      </w:r>
      <w:r>
        <w:rPr>
          <w:color w:val="245878"/>
        </w:rPr>
        <w:t>[адреса и способ с подтверждением]</w:t>
      </w:r>
      <w:r>
        <w:t>.</w:t>
      </w:r>
    </w:p>
    <w:p>
      <w:r>
        <w:t xml:space="preserve">Объект возвращается по акту в срок </w:t>
      </w:r>
      <w:r>
        <w:rPr>
          <w:color w:val="245878"/>
        </w:rPr>
        <w:t>[срок]</w:t>
      </w:r>
      <w:r>
        <w:t>, с учётом нормального износа. В акте отражаются состояние, комплектность, расчёты, ключи и показания приборов при наличии. Спорные удержания не признаются автоматически.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Арендодатель: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Арендатор: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Временное возмездное пользование: оборудование.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право сдавать объект, его точное описание, срок, плату, ремонт и порядок возврата обеспечения.</w:t>
      </w:r>
    </w:p>
    <w:p>
      <w:pPr>
        <w:pStyle w:val="ListBullet"/>
      </w:pPr>
      <w:r>
        <w:t>Проверьте необходимость регистрации, ограничения основного договора и специальные требования к объекту. Этот текст не рассчитан на аренду государственного имущества по торгам.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https://sofur.ru/document-equipment-lease.html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оборудования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